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Сведения для заявления о включении ПО в реестр</w:t>
      </w:r>
    </w:p>
    <w:p>
      <w:pPr>
        <w:pStyle w:val="Heading2"/>
      </w:pPr>
      <w:r>
        <w:t>Программное обеспечение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 (подпункт п. 4)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в) Название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Матрёшка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г) Альтернативные названия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Matreshka; Матрешка; Матрёшка BI; Матрёшка Mobile (модули)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д) Код ОКПД 2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58.29.29.000 — Обеспечение программное прикладное прочее на электронном носителе; 62.01.29.000 — Оригиналы программного обеспечения прочие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ж) Страница с документацией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https://matreshka.mgis.ru/#documents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з) Основание исключительного права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служебное произведение (ст. 1295 ГК РФ), право на территории всего мира на весь срок действия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и) Государственная регистрация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свидетельство Роспатента № 2022619114, дата регистрации 19.05.2022 (заявка № 2022618504 от 09.05.2022)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к) Класс ПО (основной)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средства разработки ПО / платформы низкого кода — код класса уточнить по действующему классификатору Минцифры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к) Дополнительные классы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средства анализа данных и BI; геоинформационные средства (ЕГРН, геокодер); средства интеграции и обмена данными (СМЭВ) — коды уточнить по классификатору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н) Стоимость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порядок определения стоимости — документ Р9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о) Национальный фонд алгоритмов и программ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отсутствует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р) Программные модули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Конструктор веб-приложений; Матрёшка BI; Матрёшка Mobile; SQL-менеджер; Геокодер; Реестр прокси-серверов; ЕГРН-реестр; Модуль СМЭВ; Администрирование, роли и порталы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с) Сфера искусственного интеллекта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не заявляется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т) Иностранные аналоги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Microsoft Power Apps, OutSystems, Mendix, Retool, Microsoft Power BI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у) Выплаты иностранным лицам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0% выручки за прошедший календарный год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ф) Совместимость с доверенными ОС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Astra Linux Special Edition 1.8, РЕД ОС 8 (по результатам испытаний Р8)</w:t>
            </w:r>
          </w:p>
        </w:tc>
      </w:tr>
    </w:tbl>
    <w:p/>
    <w:p>
      <w:pPr>
        <w:pStyle w:val="Heading2"/>
      </w:pPr>
      <w:r>
        <w:t>Правообладатель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Полное наименование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ОБЩЕСТВО С ОГРАНИЧЕННОЙ ОТВЕТСТВЕННОСТЬЮ «СВЕТИТ»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ОГРН / ИНН / КПП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1225000019507 / 5032338708 / 503201001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Адрес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143003, Московская область, г.о. Одинцовский, г. Одинцово, ул. Маршала Жукова, д. 32, ком. 304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Участие граждан РФ (п. 10 «б»)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Стружкова Анастасия Сергеевна, гражданка РФ — 100% уставного капитала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Участие иностранных лиц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отсутствует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Официальный сайт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https://svetit.mgis.ru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E-mail и телефон для связи (п. 10 «в»)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svet.it@bk.ru, [телефон]</w:t>
            </w:r>
          </w:p>
        </w:tc>
      </w:tr>
    </w:tbl>
    <w:p/>
    <w:p>
      <w:pPr>
        <w:pStyle w:val="Heading2"/>
      </w:pPr>
      <w:r>
        <w:t>Декларации заявителя (п. 10 «г», «д»)</w:t>
      </w:r>
    </w:p>
    <w:p>
      <w:r>
        <w:rPr>
          <w:b w:val="0"/>
        </w:rPr>
        <w:t>ООО «СветИТ» заверяет, что программа «Матрёшка» соответствует требованиям п. 5 Правил, утверждённых ПП РФ от 16.11.2015 № 1236: исключительное право принадлежит ООО «СветИТ» на территории всего мира и на весь срок действия; программа доступна для приобретения в РФ; выплаты иностранным лицам составляют 0% выручки; сведения не составляют государственную тайну; принудительного обновления и управления из-за рубежа нет; сопровождение и модернизацию выполняет ООО «СветИТ»; средства хранения исходного текста, компиляции и управления лицензиями находятся в РФ; интерфейс на русском языке; сведения достоверны.</w:t>
      </w:r>
    </w:p>
    <w:p>
      <w:r>
        <w:rPr>
          <w:b w:val="0"/>
        </w:rPr>
        <w:t>Генеральный директор ООО «СветИТ» __________ / Стружкова А. С. (УКЭП)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